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44"/>
        </w:rPr>
        <w:t>[FULL NAME]</w:t>
      </w:r>
    </w:p>
    <w:p>
      <w:pPr>
        <w:jc w:val="center"/>
      </w:pPr>
      <w:r>
        <w:rPr>
          <w:b/>
          <w:sz w:val="18"/>
        </w:rPr>
        <w:t>[City, State, Nigeria]  |  [Phone Number]  |  [Professional Email]</w:t>
      </w:r>
    </w:p>
    <w:p>
      <w:pPr>
        <w:jc w:val="center"/>
      </w:pPr>
      <w:r>
        <w:rPr>
          <w:sz w:val="17"/>
        </w:rPr>
        <w:t>[LinkedIn URL]  |  [Portfolio/Website URL, if relevant]</w:t>
      </w:r>
    </w:p>
    <w:p>
      <w:pPr>
        <w:pStyle w:val="Heading1"/>
        <w:pBdr>
          <w:bottom w:val="single" w:sz="6" w:space="1" w:color="B7B7B7"/>
        </w:pBdr>
      </w:pPr>
      <w:r>
        <w:t>Professional Summary</w:t>
      </w:r>
    </w:p>
    <w:p>
      <w:r>
        <w:t>[Write a 3–4 sentence summary focused on your target job. Mention your professional/academic background, years or type of relevant experience, strongest job-related skills, and the value you can bring. Keep it specific to the position.]</w:t>
      </w:r>
    </w:p>
    <w:p>
      <w:pPr>
        <w:pStyle w:val="Heading1"/>
        <w:pBdr>
          <w:bottom w:val="single" w:sz="6" w:space="1" w:color="B7B7B7"/>
        </w:pBdr>
      </w:pPr>
      <w:r>
        <w:t>Professional Experience</w:t>
      </w:r>
    </w:p>
    <w:p>
      <w:pPr>
        <w:spacing w:after="20"/>
      </w:pPr>
      <w:r>
        <w:rPr>
          <w:b/>
          <w:sz w:val="20"/>
        </w:rPr>
        <w:t>[Job Title]</w:t>
      </w:r>
      <w:r>
        <w:rPr>
          <w:b/>
        </w:rPr>
        <w:t xml:space="preserve"> | [Organisation]</w:t>
      </w:r>
    </w:p>
    <w:p>
      <w:pPr>
        <w:spacing w:after="40"/>
      </w:pPr>
      <w:r>
        <w:rPr>
          <w:i/>
          <w:sz w:val="17"/>
        </w:rPr>
        <w:t>[Month Year – Present/Month Year] | [City, Nigeria / Remote]</w:t>
      </w:r>
    </w:p>
    <w:p>
      <w:pPr>
        <w:pStyle w:val="ListBullet"/>
        <w:spacing w:after="30"/>
        <w:ind w:left="259" w:hanging="173"/>
      </w:pPr>
      <w:r>
        <w:t>[Start with a strong action verb. Describe a relevant responsibility or achievement.]</w:t>
      </w:r>
    </w:p>
    <w:p>
      <w:pPr>
        <w:pStyle w:val="ListBullet"/>
        <w:spacing w:after="30"/>
        <w:ind w:left="259" w:hanging="173"/>
      </w:pPr>
      <w:r>
        <w:t>[Describe a relevant responsibility, process, project, or result.]</w:t>
      </w:r>
    </w:p>
    <w:p>
      <w:pPr>
        <w:pStyle w:val="ListBullet"/>
        <w:spacing w:after="30"/>
        <w:ind w:left="259" w:hanging="173"/>
      </w:pPr>
      <w:r>
        <w:t>[Add a measurable result only when it is accurate and can be supported.]</w:t>
      </w:r>
    </w:p>
    <w:p>
      <w:pPr>
        <w:pStyle w:val="ListBullet"/>
        <w:spacing w:after="30"/>
        <w:ind w:left="259" w:hanging="173"/>
      </w:pPr>
      <w:r>
        <w:t>[Highlight tools, systems, stakeholders, or methods relevant to the target job.]</w:t>
      </w:r>
    </w:p>
    <w:p>
      <w:pPr>
        <w:spacing w:after="20"/>
      </w:pPr>
      <w:r>
        <w:rPr>
          <w:b/>
          <w:sz w:val="20"/>
        </w:rPr>
        <w:t>[Previous Job Title]</w:t>
      </w:r>
      <w:r>
        <w:rPr>
          <w:b/>
        </w:rPr>
        <w:t xml:space="preserve"> | [Organisation]</w:t>
      </w:r>
    </w:p>
    <w:p>
      <w:pPr>
        <w:spacing w:after="40"/>
      </w:pPr>
      <w:r>
        <w:rPr>
          <w:i/>
          <w:sz w:val="17"/>
        </w:rPr>
        <w:t>[Month Year – Month Year] | [City, Nigeria]</w:t>
      </w:r>
    </w:p>
    <w:p>
      <w:pPr>
        <w:pStyle w:val="ListBullet"/>
        <w:spacing w:after="30"/>
        <w:ind w:left="259" w:hanging="173"/>
      </w:pPr>
      <w:r>
        <w:t>[Relevant responsibility or achievement.]</w:t>
      </w:r>
    </w:p>
    <w:p>
      <w:pPr>
        <w:pStyle w:val="ListBullet"/>
        <w:spacing w:after="30"/>
        <w:ind w:left="259" w:hanging="173"/>
      </w:pPr>
      <w:r>
        <w:t>[Relevant responsibility or achievement.]</w:t>
      </w:r>
    </w:p>
    <w:p>
      <w:pPr>
        <w:pStyle w:val="ListBullet"/>
        <w:spacing w:after="30"/>
        <w:ind w:left="259" w:hanging="173"/>
      </w:pPr>
      <w:r>
        <w:t>[Relevant responsibility or achievement.]</w:t>
      </w:r>
    </w:p>
    <w:p>
      <w:pPr>
        <w:pStyle w:val="Heading1"/>
        <w:pBdr>
          <w:bottom w:val="single" w:sz="6" w:space="1" w:color="B7B7B7"/>
        </w:pBdr>
      </w:pPr>
      <w:r>
        <w:t>Education</w:t>
      </w:r>
    </w:p>
    <w:p>
      <w:pPr>
        <w:spacing w:after="20"/>
      </w:pPr>
      <w:r>
        <w:rPr>
          <w:b/>
          <w:sz w:val="20"/>
        </w:rPr>
        <w:t>[Degree / Qualification]</w:t>
      </w:r>
      <w:r>
        <w:rPr>
          <w:b/>
        </w:rPr>
        <w:t xml:space="preserve"> | [University / Institution]</w:t>
      </w:r>
    </w:p>
    <w:p>
      <w:pPr>
        <w:spacing w:after="40"/>
      </w:pPr>
      <w:r>
        <w:rPr>
          <w:i/>
          <w:sz w:val="17"/>
        </w:rPr>
        <w:t>[Month Year – Month Year] | [City, Nigeria]</w:t>
      </w:r>
    </w:p>
    <w:p>
      <w:pPr>
        <w:pStyle w:val="ListBullet"/>
        <w:spacing w:after="30"/>
        <w:ind w:left="259" w:hanging="173"/>
      </w:pPr>
      <w:r>
        <w:t>[Optional: CGPA, distinction, class of degree, major academic achievement, or relevant thesis/project.]</w:t>
      </w:r>
    </w:p>
    <w:p>
      <w:pPr>
        <w:pStyle w:val="ListBullet"/>
        <w:spacing w:after="30"/>
        <w:ind w:left="259" w:hanging="173"/>
      </w:pPr>
      <w:r>
        <w:t>[Optional: relevant project or research topic.]</w:t>
      </w:r>
    </w:p>
    <w:p>
      <w:pPr>
        <w:spacing w:after="20"/>
      </w:pPr>
      <w:r>
        <w:rPr>
          <w:b/>
          <w:sz w:val="20"/>
        </w:rPr>
        <w:t>[Previous Qualification]</w:t>
      </w:r>
      <w:r>
        <w:rPr>
          <w:b/>
        </w:rPr>
        <w:t xml:space="preserve"> | [Institution]</w:t>
      </w:r>
    </w:p>
    <w:p>
      <w:pPr>
        <w:spacing w:after="40"/>
      </w:pPr>
      <w:r>
        <w:rPr>
          <w:i/>
          <w:sz w:val="17"/>
        </w:rPr>
        <w:t>[Month Year – Month Year] | [City, Nigeria]</w:t>
      </w:r>
    </w:p>
    <w:p>
      <w:pPr>
        <w:pStyle w:val="ListBullet"/>
        <w:spacing w:after="30"/>
        <w:ind w:left="259" w:hanging="173"/>
      </w:pPr>
      <w:r>
        <w:t>[Optional: relevant academic achievement.]</w:t>
      </w:r>
    </w:p>
    <w:p>
      <w:pPr>
        <w:pStyle w:val="Heading1"/>
        <w:pBdr>
          <w:bottom w:val="single" w:sz="6" w:space="1" w:color="B7B7B7"/>
        </w:pBdr>
      </w:pPr>
      <w:r>
        <w:t>Skills</w:t>
      </w:r>
    </w:p>
    <w:p>
      <w:r>
        <w:rPr>
          <w:b/>
        </w:rPr>
        <w:t xml:space="preserve">Technical / Job-Specific: </w:t>
      </w:r>
      <w:r>
        <w:t>[Skill] • [Skill] • [Skill] • [Skill]</w:t>
      </w:r>
    </w:p>
    <w:p>
      <w:r>
        <w:rPr>
          <w:b/>
        </w:rPr>
        <w:t xml:space="preserve">Tools / Software: </w:t>
      </w:r>
      <w:r>
        <w:t>[Tool] • [Tool] • [Tool]</w:t>
      </w:r>
    </w:p>
    <w:p>
      <w:r>
        <w:rPr>
          <w:b/>
        </w:rPr>
        <w:t xml:space="preserve">Professional: </w:t>
      </w:r>
      <w:r>
        <w:t>[Communication] • [Teamwork] • [Time Management] • [Problem Solving]</w:t>
      </w:r>
    </w:p>
    <w:p>
      <w:pPr>
        <w:pStyle w:val="Heading1"/>
        <w:pBdr>
          <w:bottom w:val="single" w:sz="6" w:space="1" w:color="B7B7B7"/>
        </w:pBdr>
      </w:pPr>
      <w:r>
        <w:t>Certifications &amp; Training</w:t>
      </w:r>
    </w:p>
    <w:p>
      <w:pPr>
        <w:pStyle w:val="ListBullet"/>
        <w:spacing w:after="30"/>
        <w:ind w:left="259" w:hanging="173"/>
      </w:pPr>
      <w:r>
        <w:t>[Certification / Training] — [Provider], [Year]</w:t>
      </w:r>
    </w:p>
    <w:p>
      <w:pPr>
        <w:pStyle w:val="ListBullet"/>
        <w:spacing w:after="30"/>
        <w:ind w:left="259" w:hanging="173"/>
      </w:pPr>
      <w:r>
        <w:t>[Certification / Training] — [Provider], [Year]</w:t>
      </w:r>
    </w:p>
    <w:p>
      <w:pPr>
        <w:pStyle w:val="Heading1"/>
        <w:pBdr>
          <w:bottom w:val="single" w:sz="6" w:space="1" w:color="B7B7B7"/>
        </w:pBdr>
      </w:pPr>
      <w:r>
        <w:t>Projects</w:t>
      </w:r>
    </w:p>
    <w:p>
      <w:r>
        <w:rPr>
          <w:b/>
        </w:rPr>
        <w:t>[Project Name]</w:t>
      </w:r>
      <w:r>
        <w:t xml:space="preserve"> | [Year]</w:t>
      </w:r>
    </w:p>
    <w:p>
      <w:pPr>
        <w:pStyle w:val="ListBullet"/>
        <w:spacing w:after="30"/>
        <w:ind w:left="259" w:hanging="173"/>
      </w:pPr>
      <w:r>
        <w:t>[Briefly explain what you did and the skills/tools used.]</w:t>
      </w:r>
    </w:p>
    <w:p>
      <w:pPr>
        <w:pStyle w:val="ListBullet"/>
        <w:spacing w:after="30"/>
        <w:ind w:left="259" w:hanging="173"/>
      </w:pPr>
      <w:r>
        <w:t>[State the relevant result, output, or contribution.]</w:t>
      </w:r>
    </w:p>
    <w:p>
      <w:pPr>
        <w:pStyle w:val="Heading1"/>
        <w:pBdr>
          <w:bottom w:val="single" w:sz="6" w:space="1" w:color="B7B7B7"/>
        </w:pBdr>
      </w:pPr>
      <w:r>
        <w:t>Research / Publications</w:t>
      </w:r>
    </w:p>
    <w:p>
      <w:r>
        <w:t>[Publication title, authors, journal/publication, year, volume/pages — only if relevant to the job.]</w:t>
      </w:r>
    </w:p>
    <w:p>
      <w:pPr>
        <w:pStyle w:val="Heading1"/>
        <w:pBdr>
          <w:bottom w:val="single" w:sz="6" w:space="1" w:color="B7B7B7"/>
        </w:pBdr>
      </w:pPr>
      <w:r>
        <w:t>Honours &amp; Achievements</w:t>
      </w:r>
    </w:p>
    <w:p>
      <w:pPr>
        <w:pStyle w:val="ListBullet"/>
        <w:spacing w:after="30"/>
        <w:ind w:left="259" w:hanging="173"/>
      </w:pPr>
      <w:r>
        <w:t>[Relevant award, distinction, leadership achievement, or measurable accomplishment.]</w:t>
      </w:r>
    </w:p>
    <w:p>
      <w:pPr>
        <w:pStyle w:val="ListBullet"/>
        <w:spacing w:after="30"/>
        <w:ind w:left="259" w:hanging="173"/>
      </w:pPr>
      <w:r>
        <w:t>[Relevant award, distinction, leadership achievement, or measurable accomplishment.]</w:t>
      </w:r>
    </w:p>
    <w:p>
      <w:pPr>
        <w:pStyle w:val="Heading1"/>
        <w:pBdr>
          <w:bottom w:val="single" w:sz="6" w:space="1" w:color="B7B7B7"/>
        </w:pBdr>
      </w:pPr>
      <w:r>
        <w:t>NYSC / Volunteer Experience</w:t>
      </w:r>
    </w:p>
    <w:p>
      <w:pPr>
        <w:spacing w:after="20"/>
      </w:pPr>
      <w:r>
        <w:rPr>
          <w:b/>
          <w:sz w:val="20"/>
        </w:rPr>
        <w:t>[Role]</w:t>
      </w:r>
      <w:r>
        <w:rPr>
          <w:b/>
        </w:rPr>
        <w:t xml:space="preserve"> | [Organisation]</w:t>
      </w:r>
    </w:p>
    <w:p>
      <w:pPr>
        <w:spacing w:after="40"/>
      </w:pPr>
      <w:r>
        <w:rPr>
          <w:i/>
          <w:sz w:val="17"/>
        </w:rPr>
        <w:t>[Month Year – Month Year] | [City, Nigeria]</w:t>
      </w:r>
    </w:p>
    <w:p>
      <w:pPr>
        <w:pStyle w:val="ListBullet"/>
        <w:spacing w:after="30"/>
        <w:ind w:left="259" w:hanging="173"/>
      </w:pPr>
      <w:r>
        <w:t>[Relevant responsibility or achievement.]</w:t>
      </w:r>
    </w:p>
    <w:p>
      <w:pPr>
        <w:pStyle w:val="ListBullet"/>
        <w:spacing w:after="30"/>
        <w:ind w:left="259" w:hanging="173"/>
      </w:pPr>
      <w:r>
        <w:t>[Relevant responsibility or achievement.]</w:t>
      </w:r>
    </w:p>
    <w:p>
      <w:pPr>
        <w:pStyle w:val="Heading1"/>
        <w:pBdr>
          <w:bottom w:val="single" w:sz="6" w:space="1" w:color="B7B7B7"/>
        </w:pBdr>
      </w:pPr>
      <w:r>
        <w:t>Professional Activities</w:t>
      </w:r>
    </w:p>
    <w:p>
      <w:pPr>
        <w:pStyle w:val="ListBullet"/>
        <w:spacing w:after="30"/>
        <w:ind w:left="259" w:hanging="173"/>
      </w:pPr>
      <w:r>
        <w:t>[Relevant professional association, seminar, workshop, leadership role, or industry activity.]</w:t>
      </w:r>
    </w:p>
    <w:p>
      <w:pPr>
        <w:pStyle w:val="ListBullet"/>
        <w:spacing w:after="30"/>
        <w:ind w:left="259" w:hanging="173"/>
      </w:pPr>
      <w:r>
        <w:t>[Relevant professional activity.]</w:t>
      </w:r>
    </w:p>
    <w:p>
      <w:pPr>
        <w:pStyle w:val="Heading1"/>
        <w:pBdr>
          <w:bottom w:val="single" w:sz="6" w:space="1" w:color="B7B7B7"/>
        </w:pBdr>
      </w:pPr>
      <w:r>
        <w:t>References</w:t>
      </w:r>
    </w:p>
    <w:p>
      <w:r>
        <w:rPr>
          <w:i/>
        </w:rPr>
        <w:t>Available upon request.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Professional Job CV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" w:hAnsi="Aptos"/>
      <w:b/>
      <w:bCs/>
      <w:cap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