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color w:val="142D50"/>
          <w:sz w:val="40"/>
        </w:rPr>
        <w:t>YOUR FULL NAME</w:t>
      </w:r>
    </w:p>
    <w:p>
      <w:pPr>
        <w:spacing w:after="100"/>
        <w:jc w:val="center"/>
      </w:pPr>
      <w:r>
        <w:rPr>
          <w:sz w:val="17"/>
        </w:rPr>
        <w:t>City, State, Nigeria  |  +234 XXX XXX XXXX  |  professional@email.com  |  linkedin.com/in/yourname</w:t>
      </w:r>
    </w:p>
    <w:p>
      <w:pPr>
        <w:spacing w:before="140" w:after="60"/>
      </w:pPr>
      <w:r>
        <w:rPr>
          <w:b/>
          <w:color w:val="1F4E79"/>
          <w:sz w:val="21"/>
        </w:rPr>
        <w:t>PROFESSIONAL SUMMARY</w:t>
      </w:r>
    </w:p>
    <w:p>
      <w:pPr>
        <w:spacing w:after="40"/>
      </w:pPr>
      <w:r>
        <w:t>Write 2–4 concise sentences describing your professional background, strongest relevant skills, and the type of role you are targeting. Tailor this section to each job application.</w:t>
      </w:r>
    </w:p>
    <w:p>
      <w:pPr>
        <w:spacing w:before="140" w:after="60"/>
      </w:pPr>
      <w:r>
        <w:rPr>
          <w:b/>
          <w:color w:val="1F4E79"/>
          <w:sz w:val="21"/>
        </w:rPr>
        <w:t>PROFESSIONAL EXPERIENCE</w:t>
      </w:r>
    </w:p>
    <w:p>
      <w:pPr>
        <w:spacing w:after="20"/>
      </w:pPr>
      <w:r>
        <w:rPr>
          <w:b/>
        </w:rPr>
        <w:t>JOB TITLE</w:t>
      </w:r>
      <w:r>
        <w:t xml:space="preserve">  |  ORGANISATION, LOCATION  </w:t>
      </w:r>
      <w:r>
        <w:rPr>
          <w:i/>
        </w:rPr>
        <w:t>MONTH YEAR – PRESENT</w:t>
      </w:r>
    </w:p>
    <w:p>
      <w:pPr>
        <w:pStyle w:val="ListBullet"/>
        <w:spacing w:after="20"/>
        <w:ind w:left="259" w:hanging="173"/>
      </w:pPr>
      <w:r>
        <w:t>Describe a relevant responsibility or achievement using a strong action verb.</w:t>
      </w:r>
    </w:p>
    <w:p>
      <w:pPr>
        <w:pStyle w:val="ListBullet"/>
        <w:spacing w:after="20"/>
        <w:ind w:left="259" w:hanging="173"/>
      </w:pPr>
      <w:r>
        <w:t>Highlight a specific task, project, process, or result that relates to the target role.</w:t>
      </w:r>
    </w:p>
    <w:p>
      <w:pPr>
        <w:pStyle w:val="ListBullet"/>
        <w:spacing w:after="20"/>
        <w:ind w:left="259" w:hanging="173"/>
      </w:pPr>
      <w:r>
        <w:t>Add a measurable result when you have a genuine figure you can support.</w:t>
      </w:r>
    </w:p>
    <w:p>
      <w:pPr>
        <w:pStyle w:val="ListBullet"/>
        <w:spacing w:after="20"/>
        <w:ind w:left="259" w:hanging="173"/>
      </w:pPr>
      <w:r>
        <w:t>Keep bullets concise and focused on information relevant to the job.</w:t>
      </w:r>
    </w:p>
    <w:p>
      <w:pPr>
        <w:spacing w:after="20"/>
      </w:pPr>
      <w:r>
        <w:rPr>
          <w:b/>
        </w:rPr>
        <w:t>PREVIOUS JOB TITLE</w:t>
      </w:r>
      <w:r>
        <w:t xml:space="preserve">  |  ORGANISATION, LOCATION  </w:t>
      </w:r>
      <w:r>
        <w:rPr>
          <w:i/>
        </w:rPr>
        <w:t>MONTH YEAR – MONTH YEAR</w:t>
      </w:r>
    </w:p>
    <w:p>
      <w:pPr>
        <w:pStyle w:val="ListBullet"/>
        <w:spacing w:after="20"/>
        <w:ind w:left="259" w:hanging="173"/>
      </w:pPr>
      <w:r>
        <w:t>Describe your most relevant responsibility or achievement.</w:t>
      </w:r>
    </w:p>
    <w:p>
      <w:pPr>
        <w:pStyle w:val="ListBullet"/>
        <w:spacing w:after="20"/>
        <w:ind w:left="259" w:hanging="173"/>
      </w:pPr>
      <w:r>
        <w:t>Show the skills and experience gained from the role.</w:t>
      </w:r>
    </w:p>
    <w:p>
      <w:pPr>
        <w:pStyle w:val="ListBullet"/>
        <w:spacing w:after="20"/>
        <w:ind w:left="259" w:hanging="173"/>
      </w:pPr>
      <w:r>
        <w:t>Use clear action verbs and avoid long paragraphs.</w:t>
      </w:r>
    </w:p>
    <w:p>
      <w:pPr>
        <w:spacing w:before="140" w:after="60"/>
      </w:pPr>
      <w:r>
        <w:rPr>
          <w:b/>
          <w:color w:val="1F4E79"/>
          <w:sz w:val="21"/>
        </w:rPr>
        <w:t>EDUCATION</w:t>
      </w:r>
    </w:p>
    <w:p>
      <w:pPr>
        <w:spacing w:after="20"/>
      </w:pPr>
      <w:r>
        <w:rPr>
          <w:b/>
        </w:rPr>
        <w:t>DEGREE / QUALIFICATION</w:t>
      </w:r>
      <w:r>
        <w:t xml:space="preserve">  |  UNIVERSITY / INSTITUTION, LOCATION  </w:t>
      </w:r>
      <w:r>
        <w:rPr>
          <w:i/>
        </w:rPr>
        <w:t>YEAR – YEAR</w:t>
      </w:r>
    </w:p>
    <w:p>
      <w:pPr>
        <w:pStyle w:val="ListBullet"/>
        <w:spacing w:after="20"/>
        <w:ind w:left="259" w:hanging="173"/>
      </w:pPr>
      <w:r>
        <w:t>Add CGPA only when it strengthens your application.</w:t>
      </w:r>
    </w:p>
    <w:p>
      <w:pPr>
        <w:pStyle w:val="ListBullet"/>
        <w:spacing w:after="20"/>
        <w:ind w:left="259" w:hanging="173"/>
      </w:pPr>
      <w:r>
        <w:t>Add a relevant academic project, thesis, or distinction when useful.</w:t>
      </w:r>
    </w:p>
    <w:p>
      <w:pPr>
        <w:spacing w:before="140" w:after="60"/>
      </w:pPr>
      <w:r>
        <w:rPr>
          <w:b/>
          <w:color w:val="1F4E79"/>
          <w:sz w:val="21"/>
        </w:rPr>
        <w:t>SKILLS</w:t>
      </w:r>
    </w:p>
    <w:p>
      <w:pPr>
        <w:spacing w:after="40"/>
      </w:pPr>
      <w:r>
        <w:rPr>
          <w:b/>
        </w:rPr>
        <w:t xml:space="preserve">Technical Skills: </w:t>
      </w:r>
      <w:r>
        <w:t>List skills directly relevant to the job.</w:t>
        <w:br/>
      </w:r>
      <w:r>
        <w:rPr>
          <w:b/>
        </w:rPr>
        <w:t xml:space="preserve">Professional Skills: </w:t>
      </w:r>
      <w:r>
        <w:t>Communication, teamwork, project coordination, problem solving, etc.</w:t>
        <w:br/>
      </w:r>
      <w:r>
        <w:rPr>
          <w:b/>
        </w:rPr>
        <w:t xml:space="preserve">Tools/Software: </w:t>
      </w:r>
      <w:r>
        <w:t>List relevant tools, platforms, or software you can genuinely use.</w:t>
      </w:r>
    </w:p>
    <w:p>
      <w:pPr>
        <w:spacing w:before="140" w:after="60"/>
      </w:pPr>
      <w:r>
        <w:rPr>
          <w:b/>
          <w:color w:val="1F4E79"/>
          <w:sz w:val="21"/>
        </w:rPr>
        <w:t>CERTIFICATIONS &amp; TRAINING</w:t>
      </w:r>
    </w:p>
    <w:p>
      <w:pPr>
        <w:pStyle w:val="ListBullet"/>
        <w:spacing w:after="20"/>
        <w:ind w:left="259" w:hanging="173"/>
      </w:pPr>
      <w:r>
        <w:t>CERTIFICATION / TRAINING — Issuing Organisation, Year</w:t>
      </w:r>
    </w:p>
    <w:p>
      <w:pPr>
        <w:pStyle w:val="ListBullet"/>
        <w:spacing w:after="20"/>
        <w:ind w:left="259" w:hanging="173"/>
      </w:pPr>
      <w:r>
        <w:t>CERTIFICATION / TRAINING — Issuing Organisation, Year</w:t>
      </w:r>
    </w:p>
    <w:p>
      <w:pPr>
        <w:spacing w:before="140" w:after="60"/>
      </w:pPr>
      <w:r>
        <w:rPr>
          <w:b/>
          <w:color w:val="1F4E79"/>
          <w:sz w:val="21"/>
        </w:rPr>
        <w:t>PROJECTS</w:t>
      </w:r>
    </w:p>
    <w:p>
      <w:pPr>
        <w:pStyle w:val="ListBullet"/>
        <w:spacing w:after="20"/>
        <w:ind w:left="259" w:hanging="173"/>
      </w:pPr>
      <w:r>
        <w:t>PROJECT NAME — Briefly explain what you did, the tools/skills used, and the outcome.</w:t>
      </w:r>
    </w:p>
    <w:p>
      <w:pPr>
        <w:pStyle w:val="ListBullet"/>
        <w:spacing w:after="20"/>
        <w:ind w:left="259" w:hanging="173"/>
      </w:pPr>
      <w:r>
        <w:t>PROJECT NAME — Include only projects relevant to the position.</w:t>
      </w:r>
    </w:p>
    <w:p>
      <w:pPr>
        <w:spacing w:before="140" w:after="60"/>
      </w:pPr>
      <w:r>
        <w:rPr>
          <w:b/>
          <w:color w:val="1F4E79"/>
          <w:sz w:val="21"/>
        </w:rPr>
        <w:t>VOLUNTEER / NYSC EXPERIENCE</w:t>
      </w:r>
    </w:p>
    <w:p>
      <w:pPr>
        <w:pStyle w:val="ListBullet"/>
        <w:spacing w:after="20"/>
        <w:ind w:left="259" w:hanging="173"/>
      </w:pPr>
      <w:r>
        <w:t>ROLE — ORGANISATION, LOCATION | MONTH YEAR – MONTH YEAR</w:t>
      </w:r>
    </w:p>
    <w:p>
      <w:pPr>
        <w:pStyle w:val="ListBullet"/>
        <w:spacing w:after="20"/>
        <w:ind w:left="259" w:hanging="173"/>
      </w:pPr>
      <w:r>
        <w:t>Add relevant responsibilities, skills, or achievements.</w:t>
      </w:r>
    </w:p>
    <w:p>
      <w:pPr>
        <w:spacing w:before="140" w:after="60"/>
      </w:pPr>
      <w:r>
        <w:rPr>
          <w:b/>
          <w:color w:val="1F4E79"/>
          <w:sz w:val="21"/>
        </w:rPr>
        <w:t>ADDITIONAL INFORMATION</w:t>
      </w:r>
    </w:p>
    <w:p>
      <w:pPr>
        <w:spacing w:after="40"/>
      </w:pPr>
      <w:r>
        <w:rPr>
          <w:b/>
        </w:rPr>
        <w:t xml:space="preserve">Use this section only when relevant: </w:t>
      </w:r>
      <w:r>
        <w:t>professional memberships, publications, awards, languages, or other job-relevant information.</w:t>
      </w:r>
    </w:p>
    <w:p>
      <w:pPr>
        <w:spacing w:before="140" w:after="60"/>
      </w:pPr>
      <w:r>
        <w:rPr>
          <w:b/>
          <w:color w:val="1F4E79"/>
          <w:sz w:val="21"/>
        </w:rPr>
        <w:t>REFERENCES</w:t>
      </w:r>
    </w:p>
    <w:p>
      <w:pPr>
        <w:spacing w:after="40"/>
      </w:pPr>
      <w:r>
        <w:t>Available upon request, unless the employer specifically asks you to provide referees.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4"/>
      </w:rPr>
      <w:t>JOB RESUME TEMPLATE  •  Replace all placeholder text before submitting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